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00602" w14:textId="77777777" w:rsidR="001963B5" w:rsidRDefault="000D4B54">
      <w:pPr>
        <w:spacing w:after="40"/>
        <w:jc w:val="right"/>
        <w:rPr>
          <w:lang w:eastAsia="ja-JP"/>
        </w:rPr>
      </w:pPr>
      <w:r>
        <w:rPr>
          <w:lang w:eastAsia="ja-JP"/>
        </w:rPr>
        <w:t>2026</w:t>
      </w:r>
      <w:r>
        <w:rPr>
          <w:lang w:eastAsia="ja-JP"/>
        </w:rPr>
        <w:t>年</w:t>
      </w:r>
      <w:r>
        <w:rPr>
          <w:lang w:eastAsia="ja-JP"/>
        </w:rPr>
        <w:t>10</w:t>
      </w:r>
      <w:r>
        <w:rPr>
          <w:lang w:eastAsia="ja-JP"/>
        </w:rPr>
        <w:t>月吉日</w:t>
      </w:r>
    </w:p>
    <w:p w14:paraId="1C232D28" w14:textId="77777777" w:rsidR="001963B5" w:rsidRDefault="000D4B54">
      <w:pPr>
        <w:rPr>
          <w:lang w:eastAsia="ja-JP"/>
        </w:rPr>
      </w:pPr>
      <w:r>
        <w:rPr>
          <w:lang w:eastAsia="ja-JP"/>
        </w:rPr>
        <w:t>成人会員各位</w:t>
      </w:r>
    </w:p>
    <w:p w14:paraId="0C881460" w14:textId="77777777" w:rsidR="001963B5" w:rsidRDefault="000D4B54">
      <w:pPr>
        <w:spacing w:after="360"/>
        <w:jc w:val="right"/>
        <w:rPr>
          <w:lang w:eastAsia="ja-JP"/>
        </w:rPr>
      </w:pPr>
      <w:r>
        <w:rPr>
          <w:lang w:eastAsia="ja-JP"/>
        </w:rPr>
        <w:t>コパンスポーツクラブ高槻</w:t>
      </w:r>
      <w:r>
        <w:rPr>
          <w:lang w:eastAsia="ja-JP"/>
        </w:rPr>
        <w:br/>
      </w:r>
      <w:r>
        <w:rPr>
          <w:lang w:eastAsia="ja-JP"/>
        </w:rPr>
        <w:t>支配人　西田　葵</w:t>
      </w:r>
    </w:p>
    <w:p w14:paraId="5B826D3B" w14:textId="77777777" w:rsidR="001963B5" w:rsidRDefault="000D4B54">
      <w:pPr>
        <w:spacing w:after="320"/>
        <w:jc w:val="center"/>
        <w:rPr>
          <w:lang w:eastAsia="ja-JP"/>
        </w:rPr>
      </w:pPr>
      <w:r>
        <w:rPr>
          <w:b/>
          <w:sz w:val="28"/>
          <w:lang w:eastAsia="ja-JP"/>
        </w:rPr>
        <w:t>1</w:t>
      </w:r>
      <w:r>
        <w:rPr>
          <w:b/>
          <w:sz w:val="28"/>
          <w:lang w:eastAsia="ja-JP"/>
        </w:rPr>
        <w:t>階プールのご利用および今後の運営について</w:t>
      </w:r>
    </w:p>
    <w:p w14:paraId="35A55FC7" w14:textId="77777777" w:rsidR="001963B5" w:rsidRDefault="000D4B54">
      <w:pPr>
        <w:spacing w:after="320" w:line="300" w:lineRule="auto"/>
        <w:rPr>
          <w:lang w:eastAsia="ja-JP"/>
        </w:rPr>
      </w:pPr>
      <w:r>
        <w:rPr>
          <w:lang w:eastAsia="ja-JP"/>
        </w:rPr>
        <w:t>平素よりコパンスポーツクラブ高槻をご愛顧いただき心より御礼申し上げます。</w:t>
      </w:r>
      <w:r>
        <w:rPr>
          <w:lang w:eastAsia="ja-JP"/>
        </w:rPr>
        <w:br/>
        <w:t>2026</w:t>
      </w:r>
      <w:r>
        <w:rPr>
          <w:lang w:eastAsia="ja-JP"/>
        </w:rPr>
        <w:t>年</w:t>
      </w:r>
      <w:r>
        <w:rPr>
          <w:lang w:eastAsia="ja-JP"/>
        </w:rPr>
        <w:t>11</w:t>
      </w:r>
      <w:r>
        <w:rPr>
          <w:lang w:eastAsia="ja-JP"/>
        </w:rPr>
        <w:t>月</w:t>
      </w:r>
      <w:r>
        <w:rPr>
          <w:lang w:eastAsia="ja-JP"/>
        </w:rPr>
        <w:t>1</w:t>
      </w:r>
      <w:r>
        <w:rPr>
          <w:lang w:eastAsia="ja-JP"/>
        </w:rPr>
        <w:t>日</w:t>
      </w:r>
      <w:r>
        <w:rPr>
          <w:lang w:eastAsia="ja-JP"/>
        </w:rPr>
        <w:t>(</w:t>
      </w:r>
      <w:r>
        <w:rPr>
          <w:lang w:eastAsia="ja-JP"/>
        </w:rPr>
        <w:t>日</w:t>
      </w:r>
      <w:r>
        <w:rPr>
          <w:lang w:eastAsia="ja-JP"/>
        </w:rPr>
        <w:t>)</w:t>
      </w:r>
      <w:r>
        <w:rPr>
          <w:lang w:eastAsia="ja-JP"/>
        </w:rPr>
        <w:t>より、</w:t>
      </w:r>
      <w:r>
        <w:rPr>
          <w:lang w:eastAsia="ja-JP"/>
        </w:rPr>
        <w:t>1</w:t>
      </w:r>
      <w:r>
        <w:rPr>
          <w:lang w:eastAsia="ja-JP"/>
        </w:rPr>
        <w:t>階プールの利用時間およびレッスン実施場所を下記の通り変更いたします。以下の内容をご確認のうえご利用ください。</w:t>
      </w:r>
      <w:r>
        <w:rPr>
          <w:lang w:eastAsia="ja-JP"/>
        </w:rPr>
        <w:br/>
      </w:r>
      <w:r>
        <w:rPr>
          <w:lang w:eastAsia="ja-JP"/>
        </w:rPr>
        <w:t>ご不明点につきましては、店舗スタッフまでお問い合わせください。</w:t>
      </w:r>
    </w:p>
    <w:p w14:paraId="24582BFD" w14:textId="77777777" w:rsidR="001963B5" w:rsidRDefault="000D4B54">
      <w:pPr>
        <w:spacing w:after="240"/>
        <w:jc w:val="center"/>
        <w:rPr>
          <w:lang w:eastAsia="ja-JP"/>
        </w:rPr>
      </w:pPr>
      <w:r>
        <w:rPr>
          <w:b/>
          <w:lang w:eastAsia="ja-JP"/>
        </w:rPr>
        <w:t>記</w:t>
      </w:r>
    </w:p>
    <w:p w14:paraId="659C4274" w14:textId="77777777" w:rsidR="001963B5" w:rsidRDefault="000D4B54">
      <w:pPr>
        <w:spacing w:after="80"/>
        <w:rPr>
          <w:lang w:eastAsia="ja-JP"/>
        </w:rPr>
      </w:pPr>
      <w:r>
        <w:rPr>
          <w:b/>
          <w:lang w:eastAsia="ja-JP"/>
        </w:rPr>
        <w:t>１．</w:t>
      </w:r>
      <w:r>
        <w:rPr>
          <w:b/>
          <w:lang w:eastAsia="ja-JP"/>
        </w:rPr>
        <w:t>1</w:t>
      </w:r>
      <w:r>
        <w:rPr>
          <w:b/>
          <w:lang w:eastAsia="ja-JP"/>
        </w:rPr>
        <w:t>階プールの利用時間</w:t>
      </w:r>
    </w:p>
    <w:p w14:paraId="36AE492A" w14:textId="2795A969" w:rsidR="001963B5" w:rsidRDefault="000D4B54">
      <w:pPr>
        <w:spacing w:after="280" w:line="288" w:lineRule="auto"/>
        <w:ind w:left="576"/>
        <w:rPr>
          <w:lang w:eastAsia="ja-JP"/>
        </w:rPr>
      </w:pPr>
      <w:r>
        <w:rPr>
          <w:lang w:eastAsia="ja-JP"/>
        </w:rPr>
        <w:t>・開始日：</w:t>
      </w:r>
      <w:r>
        <w:rPr>
          <w:lang w:eastAsia="ja-JP"/>
        </w:rPr>
        <w:t>2026</w:t>
      </w:r>
      <w:r>
        <w:rPr>
          <w:lang w:eastAsia="ja-JP"/>
        </w:rPr>
        <w:t>年</w:t>
      </w:r>
      <w:r>
        <w:rPr>
          <w:lang w:eastAsia="ja-JP"/>
        </w:rPr>
        <w:t>11</w:t>
      </w:r>
      <w:r>
        <w:rPr>
          <w:lang w:eastAsia="ja-JP"/>
        </w:rPr>
        <w:t>月</w:t>
      </w:r>
      <w:r>
        <w:rPr>
          <w:lang w:eastAsia="ja-JP"/>
        </w:rPr>
        <w:t>1</w:t>
      </w:r>
      <w:r>
        <w:rPr>
          <w:lang w:eastAsia="ja-JP"/>
        </w:rPr>
        <w:t>日（日）より</w:t>
      </w:r>
      <w:r>
        <w:rPr>
          <w:lang w:eastAsia="ja-JP"/>
        </w:rPr>
        <w:br/>
      </w:r>
      <w:r>
        <w:rPr>
          <w:lang w:eastAsia="ja-JP"/>
        </w:rPr>
        <w:t>・利用時間：</w:t>
      </w:r>
      <w:r w:rsidR="00BD747B">
        <w:rPr>
          <w:rFonts w:hint="eastAsia"/>
          <w:lang w:eastAsia="ja-JP"/>
        </w:rPr>
        <w:t>【平日】</w:t>
      </w:r>
      <w:r>
        <w:rPr>
          <w:lang w:eastAsia="ja-JP"/>
        </w:rPr>
        <w:t>11</w:t>
      </w:r>
      <w:r>
        <w:rPr>
          <w:lang w:eastAsia="ja-JP"/>
        </w:rPr>
        <w:t>：</w:t>
      </w:r>
      <w:r>
        <w:rPr>
          <w:lang w:eastAsia="ja-JP"/>
        </w:rPr>
        <w:t>00</w:t>
      </w:r>
      <w:r>
        <w:rPr>
          <w:lang w:eastAsia="ja-JP"/>
        </w:rPr>
        <w:t>～</w:t>
      </w:r>
      <w:r>
        <w:rPr>
          <w:lang w:eastAsia="ja-JP"/>
        </w:rPr>
        <w:t>15</w:t>
      </w:r>
      <w:r>
        <w:rPr>
          <w:lang w:eastAsia="ja-JP"/>
        </w:rPr>
        <w:t>：</w:t>
      </w:r>
      <w:r>
        <w:rPr>
          <w:lang w:eastAsia="ja-JP"/>
        </w:rPr>
        <w:t>45</w:t>
      </w:r>
      <w:r w:rsidR="00BD747B">
        <w:rPr>
          <w:rFonts w:hint="eastAsia"/>
          <w:lang w:eastAsia="ja-JP"/>
        </w:rPr>
        <w:t xml:space="preserve">　【土日】</w:t>
      </w:r>
      <w:r w:rsidR="00BD747B">
        <w:rPr>
          <w:rFonts w:hint="eastAsia"/>
          <w:lang w:eastAsia="ja-JP"/>
        </w:rPr>
        <w:t>11</w:t>
      </w:r>
      <w:r w:rsidR="00BD747B">
        <w:rPr>
          <w:rFonts w:hint="eastAsia"/>
          <w:lang w:eastAsia="ja-JP"/>
        </w:rPr>
        <w:t>：</w:t>
      </w:r>
      <w:r w:rsidR="00BD747B">
        <w:rPr>
          <w:rFonts w:hint="eastAsia"/>
          <w:lang w:eastAsia="ja-JP"/>
        </w:rPr>
        <w:t>15</w:t>
      </w:r>
      <w:r w:rsidR="00BD747B">
        <w:rPr>
          <w:rFonts w:hint="eastAsia"/>
          <w:lang w:eastAsia="ja-JP"/>
        </w:rPr>
        <w:t>～</w:t>
      </w:r>
      <w:r w:rsidR="00BD747B">
        <w:rPr>
          <w:rFonts w:hint="eastAsia"/>
          <w:lang w:eastAsia="ja-JP"/>
        </w:rPr>
        <w:t>15</w:t>
      </w:r>
      <w:r w:rsidR="00BD747B">
        <w:rPr>
          <w:rFonts w:hint="eastAsia"/>
          <w:lang w:eastAsia="ja-JP"/>
        </w:rPr>
        <w:t>：</w:t>
      </w:r>
      <w:r w:rsidR="00BD747B">
        <w:rPr>
          <w:rFonts w:hint="eastAsia"/>
          <w:lang w:eastAsia="ja-JP"/>
        </w:rPr>
        <w:t>45</w:t>
      </w:r>
    </w:p>
    <w:p w14:paraId="57398EBF" w14:textId="77777777" w:rsidR="001963B5" w:rsidRDefault="000D4B54">
      <w:pPr>
        <w:spacing w:after="120"/>
        <w:rPr>
          <w:lang w:eastAsia="ja-JP"/>
        </w:rPr>
      </w:pPr>
      <w:r>
        <w:rPr>
          <w:b/>
          <w:lang w:eastAsia="ja-JP"/>
        </w:rPr>
        <w:t>２．プールレッスンの実施場所について</w:t>
      </w:r>
    </w:p>
    <w:p w14:paraId="562621F5" w14:textId="77777777" w:rsidR="001963B5" w:rsidRDefault="000D4B54">
      <w:pPr>
        <w:spacing w:after="160"/>
        <w:ind w:left="576"/>
        <w:rPr>
          <w:lang w:eastAsia="ja-JP"/>
        </w:rPr>
      </w:pPr>
      <w:r>
        <w:rPr>
          <w:lang w:eastAsia="ja-JP"/>
        </w:rPr>
        <w:t>成人向けのプールレッスンは、今後「</w:t>
      </w:r>
      <w:r>
        <w:rPr>
          <w:lang w:eastAsia="ja-JP"/>
        </w:rPr>
        <w:t>1</w:t>
      </w:r>
      <w:r>
        <w:rPr>
          <w:lang w:eastAsia="ja-JP"/>
        </w:rPr>
        <w:t>階プール」にて実施いたします。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8"/>
        <w:gridCol w:w="4608"/>
      </w:tblGrid>
      <w:tr w:rsidR="001963B5" w14:paraId="3E252A6D" w14:textId="77777777" w:rsidTr="004C7C8E">
        <w:trPr>
          <w:jc w:val="center"/>
        </w:trPr>
        <w:tc>
          <w:tcPr>
            <w:tcW w:w="4608" w:type="dxa"/>
            <w:tcBorders>
              <w:bottom w:val="dashSmallGap" w:sz="4" w:space="0" w:color="auto"/>
            </w:tcBorders>
          </w:tcPr>
          <w:p w14:paraId="0FF1956A" w14:textId="77777777" w:rsidR="001963B5" w:rsidRDefault="000D4B54">
            <w:pPr>
              <w:spacing w:line="300" w:lineRule="auto"/>
              <w:rPr>
                <w:lang w:eastAsia="ja-JP"/>
              </w:rPr>
            </w:pPr>
            <w:r>
              <w:rPr>
                <w:sz w:val="20"/>
                <w:lang w:eastAsia="ja-JP"/>
              </w:rPr>
              <w:t>【</w:t>
            </w:r>
            <w:r>
              <w:rPr>
                <w:sz w:val="20"/>
                <w:lang w:eastAsia="ja-JP"/>
              </w:rPr>
              <w:t>1</w:t>
            </w:r>
            <w:r>
              <w:rPr>
                <w:sz w:val="20"/>
                <w:lang w:eastAsia="ja-JP"/>
              </w:rPr>
              <w:t>階プールで実施するレッスン】</w:t>
            </w:r>
            <w:r>
              <w:rPr>
                <w:sz w:val="20"/>
                <w:lang w:eastAsia="ja-JP"/>
              </w:rPr>
              <w:br/>
            </w:r>
            <w:r>
              <w:rPr>
                <w:sz w:val="20"/>
                <w:lang w:eastAsia="ja-JP"/>
              </w:rPr>
              <w:t>（成人向け）</w:t>
            </w:r>
          </w:p>
        </w:tc>
        <w:tc>
          <w:tcPr>
            <w:tcW w:w="4608" w:type="dxa"/>
            <w:tcBorders>
              <w:bottom w:val="dashSmallGap" w:sz="4" w:space="0" w:color="auto"/>
            </w:tcBorders>
          </w:tcPr>
          <w:p w14:paraId="41FDBC14" w14:textId="77777777" w:rsidR="001963B5" w:rsidRDefault="000D4B54">
            <w:pPr>
              <w:spacing w:line="300" w:lineRule="auto"/>
              <w:rPr>
                <w:lang w:eastAsia="ja-JP"/>
              </w:rPr>
            </w:pPr>
            <w:r>
              <w:rPr>
                <w:sz w:val="20"/>
                <w:lang w:eastAsia="ja-JP"/>
              </w:rPr>
              <w:t>【</w:t>
            </w:r>
            <w:r>
              <w:rPr>
                <w:sz w:val="20"/>
                <w:lang w:eastAsia="ja-JP"/>
              </w:rPr>
              <w:t>2</w:t>
            </w:r>
            <w:r>
              <w:rPr>
                <w:sz w:val="20"/>
                <w:lang w:eastAsia="ja-JP"/>
              </w:rPr>
              <w:t>階プールで実施するスクール等】</w:t>
            </w:r>
            <w:r>
              <w:rPr>
                <w:sz w:val="20"/>
                <w:lang w:eastAsia="ja-JP"/>
              </w:rPr>
              <w:br/>
            </w:r>
            <w:r>
              <w:rPr>
                <w:sz w:val="20"/>
                <w:lang w:eastAsia="ja-JP"/>
              </w:rPr>
              <w:t>（子供向け等）</w:t>
            </w:r>
          </w:p>
        </w:tc>
      </w:tr>
      <w:tr w:rsidR="001963B5" w14:paraId="554F4B86" w14:textId="77777777" w:rsidTr="004C7C8E">
        <w:trPr>
          <w:jc w:val="center"/>
        </w:trPr>
        <w:tc>
          <w:tcPr>
            <w:tcW w:w="4608" w:type="dxa"/>
            <w:tcBorders>
              <w:top w:val="dashSmallGap" w:sz="4" w:space="0" w:color="auto"/>
            </w:tcBorders>
          </w:tcPr>
          <w:p w14:paraId="32D9654D" w14:textId="77777777" w:rsidR="001963B5" w:rsidRDefault="000D4B54">
            <w:pPr>
              <w:spacing w:line="300" w:lineRule="auto"/>
              <w:rPr>
                <w:lang w:eastAsia="ja-JP"/>
              </w:rPr>
            </w:pPr>
            <w:r>
              <w:rPr>
                <w:sz w:val="20"/>
                <w:lang w:eastAsia="ja-JP"/>
              </w:rPr>
              <w:t>＊アクアビクス</w:t>
            </w:r>
            <w:r>
              <w:rPr>
                <w:sz w:val="20"/>
                <w:lang w:eastAsia="ja-JP"/>
              </w:rPr>
              <w:br/>
            </w:r>
            <w:r>
              <w:rPr>
                <w:sz w:val="20"/>
                <w:lang w:eastAsia="ja-JP"/>
              </w:rPr>
              <w:t>＊サーキットエクササイズ</w:t>
            </w:r>
            <w:r>
              <w:rPr>
                <w:sz w:val="20"/>
                <w:lang w:eastAsia="ja-JP"/>
              </w:rPr>
              <w:br/>
            </w:r>
            <w:r>
              <w:rPr>
                <w:sz w:val="20"/>
                <w:lang w:eastAsia="ja-JP"/>
              </w:rPr>
              <w:t>＊泳法レッスン</w:t>
            </w:r>
            <w:r>
              <w:rPr>
                <w:sz w:val="20"/>
                <w:lang w:eastAsia="ja-JP"/>
              </w:rPr>
              <w:br/>
            </w:r>
            <w:r>
              <w:rPr>
                <w:sz w:val="20"/>
                <w:lang w:eastAsia="ja-JP"/>
              </w:rPr>
              <w:t>＊マスターズスイミング</w:t>
            </w:r>
          </w:p>
        </w:tc>
        <w:tc>
          <w:tcPr>
            <w:tcW w:w="4608" w:type="dxa"/>
            <w:tcBorders>
              <w:top w:val="dashSmallGap" w:sz="4" w:space="0" w:color="auto"/>
            </w:tcBorders>
          </w:tcPr>
          <w:p w14:paraId="590FFC4F" w14:textId="77777777" w:rsidR="001963B5" w:rsidRDefault="000D4B54">
            <w:pPr>
              <w:spacing w:line="300" w:lineRule="auto"/>
              <w:rPr>
                <w:lang w:eastAsia="ja-JP"/>
              </w:rPr>
            </w:pPr>
            <w:r>
              <w:rPr>
                <w:sz w:val="20"/>
                <w:lang w:eastAsia="ja-JP"/>
              </w:rPr>
              <w:t>＊スイミングスクール</w:t>
            </w:r>
            <w:r>
              <w:rPr>
                <w:sz w:val="20"/>
                <w:lang w:eastAsia="ja-JP"/>
              </w:rPr>
              <w:br/>
            </w:r>
            <w:r>
              <w:rPr>
                <w:sz w:val="20"/>
                <w:lang w:eastAsia="ja-JP"/>
              </w:rPr>
              <w:t>＊スクール体験会</w:t>
            </w:r>
            <w:r>
              <w:rPr>
                <w:sz w:val="20"/>
                <w:lang w:eastAsia="ja-JP"/>
              </w:rPr>
              <w:br/>
            </w:r>
            <w:r>
              <w:rPr>
                <w:sz w:val="20"/>
                <w:lang w:eastAsia="ja-JP"/>
              </w:rPr>
              <w:t>＊ベビースイミング</w:t>
            </w:r>
            <w:r>
              <w:rPr>
                <w:sz w:val="20"/>
                <w:lang w:eastAsia="ja-JP"/>
              </w:rPr>
              <w:br/>
            </w:r>
            <w:r>
              <w:rPr>
                <w:sz w:val="20"/>
                <w:lang w:eastAsia="ja-JP"/>
              </w:rPr>
              <w:t>＊保育園水泳指導</w:t>
            </w:r>
          </w:p>
        </w:tc>
      </w:tr>
    </w:tbl>
    <w:p w14:paraId="5E1131F0" w14:textId="77777777" w:rsidR="001963B5" w:rsidRDefault="001963B5">
      <w:pPr>
        <w:rPr>
          <w:lang w:eastAsia="ja-JP"/>
        </w:rPr>
      </w:pPr>
    </w:p>
    <w:p w14:paraId="54B5B15B" w14:textId="77777777" w:rsidR="001963B5" w:rsidRDefault="000D4B54">
      <w:pPr>
        <w:spacing w:after="80"/>
        <w:rPr>
          <w:lang w:eastAsia="ja-JP"/>
        </w:rPr>
      </w:pPr>
      <w:r>
        <w:rPr>
          <w:b/>
          <w:lang w:eastAsia="ja-JP"/>
        </w:rPr>
        <w:t>３．今後のプール利用について</w:t>
      </w:r>
    </w:p>
    <w:p w14:paraId="5961E2D9" w14:textId="112D5667" w:rsidR="001963B5" w:rsidRDefault="000D4B54" w:rsidP="00BD747B">
      <w:pPr>
        <w:spacing w:after="320" w:line="300" w:lineRule="auto"/>
        <w:ind w:leftChars="100" w:left="210"/>
        <w:rPr>
          <w:lang w:eastAsia="ja-JP"/>
        </w:rPr>
      </w:pPr>
      <w:r>
        <w:rPr>
          <w:lang w:eastAsia="ja-JP"/>
        </w:rPr>
        <w:t>2027</w:t>
      </w:r>
      <w:r>
        <w:rPr>
          <w:lang w:eastAsia="ja-JP"/>
        </w:rPr>
        <w:t>年</w:t>
      </w:r>
      <w:r>
        <w:rPr>
          <w:lang w:eastAsia="ja-JP"/>
        </w:rPr>
        <w:t>7</w:t>
      </w:r>
      <w:r>
        <w:rPr>
          <w:lang w:eastAsia="ja-JP"/>
        </w:rPr>
        <w:t>月（予定）より、「学校水泳授業」</w:t>
      </w:r>
      <w:r w:rsidR="00BD747B">
        <w:rPr>
          <w:rFonts w:hint="eastAsia"/>
          <w:lang w:eastAsia="ja-JP"/>
        </w:rPr>
        <w:t>の</w:t>
      </w:r>
      <w:r w:rsidR="007F0614">
        <w:rPr>
          <w:rFonts w:hint="eastAsia"/>
          <w:lang w:eastAsia="ja-JP"/>
        </w:rPr>
        <w:t>受託</w:t>
      </w:r>
      <w:r w:rsidR="00BD747B">
        <w:rPr>
          <w:rFonts w:hint="eastAsia"/>
          <w:lang w:eastAsia="ja-JP"/>
        </w:rPr>
        <w:t>をさせていただく予定です</w:t>
      </w:r>
      <w:r w:rsidR="00BD747B">
        <w:rPr>
          <w:lang w:eastAsia="ja-JP"/>
        </w:rPr>
        <w:t>。</w:t>
      </w:r>
      <w:r w:rsidR="00BD747B">
        <w:rPr>
          <w:lang w:eastAsia="ja-JP"/>
        </w:rPr>
        <w:br/>
      </w:r>
      <w:r w:rsidR="00BD747B">
        <w:rPr>
          <w:rFonts w:hint="eastAsia"/>
          <w:lang w:eastAsia="ja-JP"/>
        </w:rPr>
        <w:t>その際、</w:t>
      </w:r>
      <w:r>
        <w:rPr>
          <w:lang w:eastAsia="ja-JP"/>
        </w:rPr>
        <w:t>一部の時間帯でプールのご利用を制限・レッスン場所を変更させていただきます。</w:t>
      </w:r>
      <w:r>
        <w:rPr>
          <w:lang w:eastAsia="ja-JP"/>
        </w:rPr>
        <w:br/>
      </w:r>
      <w:r>
        <w:rPr>
          <w:lang w:eastAsia="ja-JP"/>
        </w:rPr>
        <w:t>予めご理解ご了承のほど、お願い申し上げます。</w:t>
      </w:r>
      <w:r>
        <w:rPr>
          <w:lang w:eastAsia="ja-JP"/>
        </w:rPr>
        <w:br/>
      </w:r>
      <w:r>
        <w:rPr>
          <w:lang w:eastAsia="ja-JP"/>
        </w:rPr>
        <w:br/>
      </w:r>
      <w:r>
        <w:rPr>
          <w:lang w:eastAsia="ja-JP"/>
        </w:rPr>
        <w:t>利用制限の対象となる時間帯など詳細が決まり次第、館内掲示やホームページ等で改めてご案内いたします。</w:t>
      </w:r>
    </w:p>
    <w:p w14:paraId="621CBA3E" w14:textId="77777777" w:rsidR="004C7C8E" w:rsidRDefault="000D4B54">
      <w:pPr>
        <w:spacing w:line="300" w:lineRule="auto"/>
        <w:rPr>
          <w:lang w:eastAsia="ja-JP"/>
        </w:rPr>
      </w:pPr>
      <w:r>
        <w:rPr>
          <w:lang w:eastAsia="ja-JP"/>
        </w:rPr>
        <w:t>会員の皆様にはご不便をおかけする場合がございますが、何卒ご理解とご協力を賜りますようお願い申し上げます。</w:t>
      </w:r>
    </w:p>
    <w:p w14:paraId="1B48832A" w14:textId="20BF3338" w:rsidR="001963B5" w:rsidRDefault="000D4B54" w:rsidP="004C7C8E">
      <w:pPr>
        <w:spacing w:line="300" w:lineRule="auto"/>
        <w:jc w:val="right"/>
      </w:pPr>
      <w:proofErr w:type="spellStart"/>
      <w:r>
        <w:t>以上</w:t>
      </w:r>
      <w:proofErr w:type="spellEnd"/>
    </w:p>
    <w:sectPr w:rsidR="001963B5" w:rsidSect="004C7C8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93740763">
    <w:abstractNumId w:val="8"/>
  </w:num>
  <w:num w:numId="2" w16cid:durableId="495343815">
    <w:abstractNumId w:val="6"/>
  </w:num>
  <w:num w:numId="3" w16cid:durableId="2011325147">
    <w:abstractNumId w:val="5"/>
  </w:num>
  <w:num w:numId="4" w16cid:durableId="411439546">
    <w:abstractNumId w:val="4"/>
  </w:num>
  <w:num w:numId="5" w16cid:durableId="411856477">
    <w:abstractNumId w:val="7"/>
  </w:num>
  <w:num w:numId="6" w16cid:durableId="1378503734">
    <w:abstractNumId w:val="3"/>
  </w:num>
  <w:num w:numId="7" w16cid:durableId="1593858621">
    <w:abstractNumId w:val="2"/>
  </w:num>
  <w:num w:numId="8" w16cid:durableId="1757358371">
    <w:abstractNumId w:val="1"/>
  </w:num>
  <w:num w:numId="9" w16cid:durableId="174175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B54"/>
    <w:rsid w:val="0015074B"/>
    <w:rsid w:val="001963B5"/>
    <w:rsid w:val="0029639D"/>
    <w:rsid w:val="002B450B"/>
    <w:rsid w:val="00326F90"/>
    <w:rsid w:val="00463DEE"/>
    <w:rsid w:val="004C7C8E"/>
    <w:rsid w:val="007F0614"/>
    <w:rsid w:val="00AA1D8D"/>
    <w:rsid w:val="00B47730"/>
    <w:rsid w:val="00BD747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05DD359"/>
  <w14:defaultImageDpi w14:val="300"/>
  <w15:docId w15:val="{B3604439-70CA-4F21-AF5B-0323D28F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ゴシック" w:hAnsi="ＭＳ ゴシック"/>
      <w:color w:val="333333"/>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102</Words>
  <Characters>587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takatsuki</cp:lastModifiedBy>
  <cp:revision>4</cp:revision>
  <cp:lastPrinted>2026-11-01T07:18:00Z</cp:lastPrinted>
  <dcterms:created xsi:type="dcterms:W3CDTF">2026-10-27T02:46:00Z</dcterms:created>
  <dcterms:modified xsi:type="dcterms:W3CDTF">2026-11-01T07:19:00Z</dcterms:modified>
  <cp:category/>
</cp:coreProperties>
</file>